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i w:val="0"/>
          <w:color w:val="1B365D"/>
          <w:sz w:val="40"/>
        </w:rPr>
        <w:t>[FIRST NAME] [LAST NAME]</w:t>
      </w:r>
    </w:p>
    <w:p>
      <w:pPr>
        <w:spacing w:after="120"/>
        <w:jc w:val="center"/>
      </w:pPr>
      <w:r>
        <w:rPr>
          <w:rFonts w:ascii="Arial" w:hAnsi="Arial"/>
          <w:b/>
          <w:i w:val="0"/>
          <w:color w:val="555555"/>
          <w:sz w:val="24"/>
        </w:rPr>
        <w:t>[Target Professional Title / e.g. Senior Project Manager]</w:t>
      </w:r>
    </w:p>
    <w:p>
      <w:pPr>
        <w:spacing w:after="280"/>
        <w:jc w:val="center"/>
      </w:pPr>
      <w:r>
        <w:rPr>
          <w:rFonts w:ascii="Arial" w:hAnsi="Arial"/>
          <w:b w:val="0"/>
          <w:i w:val="0"/>
          <w:color w:val="444444"/>
          <w:sz w:val="19"/>
        </w:rPr>
        <w:t>City, Country | +1 (555) 000-0000 | email@example.com | linkedin.com/in/username | portfolio-or-github.com</w:t>
      </w:r>
    </w:p>
    <w:p>
      <w:pPr>
        <w:keepNext/>
        <w:spacing w:before="240" w:after="80"/>
        <w:pBdr>
          <w:bottom w:val="single" w:sz="6" w:space="2" w:color="1B365D"/>
        </w:pBdr>
      </w:pPr>
      <w:r>
        <w:rPr>
          <w:rFonts w:ascii="Arial" w:hAnsi="Arial"/>
          <w:b/>
          <w:color w:val="1B365D"/>
          <w:sz w:val="24"/>
        </w:rPr>
        <w:t>PROFESSIONAL SUMMARY</w:t>
      </w:r>
    </w:p>
    <w:p>
      <w:pPr>
        <w:spacing w:after="160" w:line="276" w:lineRule="auto"/>
      </w:pPr>
      <w:r>
        <w:rPr>
          <w:rFonts w:ascii="Arial" w:hAnsi="Arial"/>
          <w:b w:val="0"/>
          <w:i w:val="0"/>
          <w:color w:val="333333"/>
          <w:sz w:val="20"/>
        </w:rPr>
        <w:t>[Results-driven [Job Title] with over [X] years of experience in [Core Industry/Domain]. Proven track record in [Key Skill 1], [Key Skill 2], and [Key Skill 3]. Demonstrated ability to drive business growth, optimize operations, and deliver complex projects on time and within budget. Adept at collaborating with cross-functional teams to solve strategic challenges and achieve [Measurable Goal/Outcome].]</w:t>
      </w:r>
    </w:p>
    <w:p>
      <w:pPr>
        <w:keepNext/>
        <w:spacing w:before="240" w:after="80"/>
        <w:pBdr>
          <w:bottom w:val="single" w:sz="6" w:space="2" w:color="1B365D"/>
        </w:pBdr>
      </w:pPr>
      <w:r>
        <w:rPr>
          <w:rFonts w:ascii="Arial" w:hAnsi="Arial"/>
          <w:b/>
          <w:color w:val="1B365D"/>
          <w:sz w:val="24"/>
        </w:rPr>
        <w:t>CORE COMPETENCIES &amp; SKILLS</w:t>
      </w:r>
    </w:p>
    <w:p>
      <w:pPr>
        <w:spacing w:after="60"/>
        <w:ind w:left="216"/>
      </w:pPr>
      <w:r>
        <w:rPr>
          <w:rFonts w:ascii="Arial" w:hAnsi="Arial"/>
          <w:b/>
          <w:i w:val="0"/>
          <w:color w:val="1B365D"/>
          <w:sz w:val="20"/>
        </w:rPr>
        <w:t xml:space="preserve">•  Industry Expertise: </w:t>
      </w:r>
      <w:r>
        <w:rPr>
          <w:rFonts w:ascii="Arial" w:hAnsi="Arial"/>
          <w:b w:val="0"/>
          <w:i w:val="0"/>
          <w:color w:val="333333"/>
          <w:sz w:val="20"/>
        </w:rPr>
        <w:t>Project Management, Agile/Scrum, Strategic Planning, Process Optimization, Change Management</w:t>
      </w:r>
    </w:p>
    <w:p>
      <w:pPr>
        <w:spacing w:after="60"/>
        <w:ind w:left="216"/>
      </w:pPr>
      <w:r>
        <w:rPr>
          <w:rFonts w:ascii="Arial" w:hAnsi="Arial"/>
          <w:b/>
          <w:i w:val="0"/>
          <w:color w:val="1B365D"/>
          <w:sz w:val="20"/>
        </w:rPr>
        <w:t xml:space="preserve">•  Technical Skills: </w:t>
      </w:r>
      <w:r>
        <w:rPr>
          <w:rFonts w:ascii="Arial" w:hAnsi="Arial"/>
          <w:b w:val="0"/>
          <w:i w:val="0"/>
          <w:color w:val="333333"/>
          <w:sz w:val="20"/>
        </w:rPr>
        <w:t>Data Analysis, Python, SQL, Microsoft Excel (Advanced), JIRA, CRM/ERP Systems</w:t>
      </w:r>
    </w:p>
    <w:p>
      <w:pPr>
        <w:spacing w:after="60"/>
        <w:ind w:left="216"/>
      </w:pPr>
      <w:r>
        <w:rPr>
          <w:rFonts w:ascii="Arial" w:hAnsi="Arial"/>
          <w:b/>
          <w:i w:val="0"/>
          <w:color w:val="1B365D"/>
          <w:sz w:val="20"/>
        </w:rPr>
        <w:t xml:space="preserve">•  Soft Skills: </w:t>
      </w:r>
      <w:r>
        <w:rPr>
          <w:rFonts w:ascii="Arial" w:hAnsi="Arial"/>
          <w:b w:val="0"/>
          <w:i w:val="0"/>
          <w:color w:val="333333"/>
          <w:sz w:val="20"/>
        </w:rPr>
        <w:t>Cross-Functional Leadership, Executive Communication, Stakeholder Management, Problem Solving</w:t>
      </w:r>
    </w:p>
    <w:p>
      <w:pPr>
        <w:keepNext/>
        <w:spacing w:before="240" w:after="80"/>
        <w:pBdr>
          <w:bottom w:val="single" w:sz="6" w:space="2" w:color="1B365D"/>
        </w:pBdr>
      </w:pPr>
      <w:r>
        <w:rPr>
          <w:rFonts w:ascii="Arial" w:hAnsi="Arial"/>
          <w:b/>
          <w:color w:val="1B365D"/>
          <w:sz w:val="24"/>
        </w:rPr>
        <w:t>PROFESSIONAL EXPERIENCE</w:t>
      </w:r>
    </w:p>
    <w:p>
      <w:pPr>
        <w:keepNext/>
        <w:tabs>
          <w:tab w:pos="10080" w:val="right"/>
        </w:tabs>
        <w:spacing w:before="120" w:after="20"/>
      </w:pPr>
      <w:r>
        <w:rPr>
          <w:rFonts w:ascii="Arial" w:hAnsi="Arial"/>
          <w:b/>
          <w:i w:val="0"/>
          <w:color w:val="1B365D"/>
          <w:sz w:val="21"/>
        </w:rPr>
        <w:t>[CURRENT / MOST RECENT JOB TITLE]</w:t>
      </w:r>
      <w:r>
        <w:rPr>
          <w:rFonts w:ascii="Arial" w:hAnsi="Arial"/>
          <w:b/>
          <w:i w:val="0"/>
          <w:color w:val="444444"/>
          <w:sz w:val="20"/>
        </w:rPr>
        <w:tab/>
        <w:t>[Month Year] – Present</w:t>
      </w:r>
    </w:p>
    <w:p>
      <w:pPr>
        <w:keepNext/>
        <w:spacing w:after="80"/>
      </w:pPr>
      <w:r>
        <w:rPr>
          <w:rFonts w:ascii="Arial" w:hAnsi="Arial"/>
          <w:b/>
          <w:i/>
          <w:color w:val="333333"/>
          <w:sz w:val="20"/>
        </w:rPr>
        <w:t>[Company Name]</w:t>
      </w:r>
      <w:r>
        <w:rPr>
          <w:rFonts w:ascii="Arial" w:hAnsi="Arial"/>
          <w:b w:val="0"/>
          <w:i/>
          <w:color w:val="666666"/>
          <w:sz w:val="20"/>
        </w:rPr>
        <w:t xml:space="preserve"> | [City, Country]</w:t>
      </w:r>
    </w:p>
    <w:p>
      <w:pPr>
        <w:pStyle w:val="ListBullet"/>
        <w:spacing w:before="0" w:after="40" w:line="276" w:lineRule="auto"/>
        <w:ind w:left="360"/>
      </w:pPr>
      <w:r>
        <w:rPr>
          <w:rFonts w:ascii="Arial" w:hAnsi="Arial"/>
          <w:b w:val="0"/>
          <w:i w:val="0"/>
          <w:color w:val="333333"/>
          <w:sz w:val="20"/>
        </w:rPr>
        <w:t>Spearheaded [initiative/project], resulting in a [X%] increase in operational efficiency across [X] departments.</w:t>
      </w:r>
    </w:p>
    <w:p>
      <w:pPr>
        <w:pStyle w:val="ListBullet"/>
        <w:spacing w:before="0" w:after="40" w:line="276" w:lineRule="auto"/>
        <w:ind w:left="360"/>
      </w:pPr>
      <w:r>
        <w:rPr>
          <w:rFonts w:ascii="Arial" w:hAnsi="Arial"/>
          <w:b w:val="0"/>
          <w:i w:val="0"/>
          <w:color w:val="333333"/>
          <w:sz w:val="20"/>
        </w:rPr>
        <w:t>Managed a budget of [$X] and led a team of [X] professionals, consistently exceeding annual KPI targets by [X%].</w:t>
      </w:r>
    </w:p>
    <w:p>
      <w:pPr>
        <w:pStyle w:val="ListBullet"/>
        <w:spacing w:before="0" w:after="40" w:line="276" w:lineRule="auto"/>
        <w:ind w:left="360"/>
      </w:pPr>
      <w:r>
        <w:rPr>
          <w:rFonts w:ascii="Arial" w:hAnsi="Arial"/>
          <w:b w:val="0"/>
          <w:i w:val="0"/>
          <w:color w:val="333333"/>
          <w:sz w:val="20"/>
        </w:rPr>
        <w:t>Designed and implemented [system/strategy], reducing overall costs by [$X / X%] over [Timeframe].</w:t>
      </w:r>
    </w:p>
    <w:p>
      <w:pPr>
        <w:pStyle w:val="ListBullet"/>
        <w:spacing w:before="0" w:after="40" w:line="276" w:lineRule="auto"/>
        <w:ind w:left="360"/>
      </w:pPr>
      <w:r>
        <w:rPr>
          <w:rFonts w:ascii="Arial" w:hAnsi="Arial"/>
          <w:b w:val="0"/>
          <w:i w:val="0"/>
          <w:color w:val="333333"/>
          <w:sz w:val="20"/>
        </w:rPr>
        <w:t>Collaborated with executive leadership to define roadmap initiatives and streamline cross-functional workflows.</w:t>
      </w:r>
    </w:p>
    <w:p>
      <w:pPr>
        <w:keepNext/>
        <w:tabs>
          <w:tab w:pos="10080" w:val="right"/>
        </w:tabs>
        <w:spacing w:before="120" w:after="20"/>
      </w:pPr>
      <w:r>
        <w:rPr>
          <w:rFonts w:ascii="Arial" w:hAnsi="Arial"/>
          <w:b/>
          <w:i w:val="0"/>
          <w:color w:val="1B365D"/>
          <w:sz w:val="21"/>
        </w:rPr>
        <w:t>[PREVIOUS JOB TITLE]</w:t>
      </w:r>
      <w:r>
        <w:rPr>
          <w:rFonts w:ascii="Arial" w:hAnsi="Arial"/>
          <w:b/>
          <w:i w:val="0"/>
          <w:color w:val="444444"/>
          <w:sz w:val="20"/>
        </w:rPr>
        <w:tab/>
        <w:t>[Month Year] – [Month Year]</w:t>
      </w:r>
    </w:p>
    <w:p>
      <w:pPr>
        <w:keepNext/>
        <w:spacing w:after="80"/>
      </w:pPr>
      <w:r>
        <w:rPr>
          <w:rFonts w:ascii="Arial" w:hAnsi="Arial"/>
          <w:b/>
          <w:i/>
          <w:color w:val="333333"/>
          <w:sz w:val="20"/>
        </w:rPr>
        <w:t>[Previous Company Name]</w:t>
      </w:r>
      <w:r>
        <w:rPr>
          <w:rFonts w:ascii="Arial" w:hAnsi="Arial"/>
          <w:b w:val="0"/>
          <w:i/>
          <w:color w:val="666666"/>
          <w:sz w:val="20"/>
        </w:rPr>
        <w:t xml:space="preserve"> | [City, Country]</w:t>
      </w:r>
    </w:p>
    <w:p>
      <w:pPr>
        <w:pStyle w:val="ListBullet"/>
        <w:spacing w:before="0" w:after="40" w:line="276" w:lineRule="auto"/>
        <w:ind w:left="360"/>
      </w:pPr>
      <w:r>
        <w:rPr>
          <w:rFonts w:ascii="Arial" w:hAnsi="Arial"/>
          <w:b w:val="0"/>
          <w:i w:val="0"/>
          <w:color w:val="333333"/>
          <w:sz w:val="20"/>
        </w:rPr>
        <w:t>Architected and deployed [product/service/process], improving customer satisfaction scores by [X%].</w:t>
      </w:r>
    </w:p>
    <w:p>
      <w:pPr>
        <w:pStyle w:val="ListBullet"/>
        <w:spacing w:before="0" w:after="40" w:line="276" w:lineRule="auto"/>
        <w:ind w:left="360"/>
      </w:pPr>
      <w:r>
        <w:rPr>
          <w:rFonts w:ascii="Arial" w:hAnsi="Arial"/>
          <w:b w:val="0"/>
          <w:i w:val="0"/>
          <w:color w:val="333333"/>
          <w:sz w:val="20"/>
        </w:rPr>
        <w:t>Analyzed dataset of [X]+ records using [Tool/Skill], uncovering key trends that informed corporate strategy.</w:t>
      </w:r>
    </w:p>
    <w:p>
      <w:pPr>
        <w:pStyle w:val="ListBullet"/>
        <w:spacing w:before="0" w:after="40" w:line="276" w:lineRule="auto"/>
        <w:ind w:left="360"/>
      </w:pPr>
      <w:r>
        <w:rPr>
          <w:rFonts w:ascii="Arial" w:hAnsi="Arial"/>
          <w:b w:val="0"/>
          <w:i w:val="0"/>
          <w:color w:val="333333"/>
          <w:sz w:val="20"/>
        </w:rPr>
        <w:t>Trained and mentored [X] junior team members, enhancing team productivity and technical capacity.</w:t>
      </w:r>
    </w:p>
    <w:p>
      <w:pPr>
        <w:keepNext/>
        <w:spacing w:before="240" w:after="80"/>
        <w:pBdr>
          <w:bottom w:val="single" w:sz="6" w:space="2" w:color="1B365D"/>
        </w:pBdr>
      </w:pPr>
      <w:r>
        <w:rPr>
          <w:rFonts w:ascii="Arial" w:hAnsi="Arial"/>
          <w:b/>
          <w:color w:val="1B365D"/>
          <w:sz w:val="24"/>
        </w:rPr>
        <w:t>EDUCATION</w:t>
      </w:r>
    </w:p>
    <w:p>
      <w:pPr>
        <w:keepNext/>
        <w:tabs>
          <w:tab w:pos="10080" w:val="right"/>
        </w:tabs>
        <w:spacing w:before="80" w:after="20"/>
      </w:pPr>
      <w:r>
        <w:rPr>
          <w:rFonts w:ascii="Arial" w:hAnsi="Arial"/>
          <w:b/>
          <w:i w:val="0"/>
          <w:color w:val="1B365D"/>
          <w:sz w:val="21"/>
        </w:rPr>
        <w:t>Master of Science in [Field of Study]</w:t>
      </w:r>
      <w:r>
        <w:rPr>
          <w:rFonts w:ascii="Arial" w:hAnsi="Arial"/>
          <w:b/>
          <w:i w:val="0"/>
          <w:color w:val="444444"/>
          <w:sz w:val="20"/>
        </w:rPr>
        <w:tab/>
        <w:t>[Graduation Year]</w:t>
      </w:r>
    </w:p>
    <w:p>
      <w:pPr>
        <w:spacing w:after="80"/>
      </w:pPr>
      <w:r>
        <w:rPr>
          <w:rFonts w:ascii="Arial" w:hAnsi="Arial"/>
          <w:b w:val="0"/>
          <w:i/>
          <w:color w:val="333333"/>
          <w:sz w:val="20"/>
        </w:rPr>
        <w:t>[University / Institution Name] | [City, Country]</w:t>
      </w:r>
      <w:r>
        <w:rPr>
          <w:rFonts w:ascii="Arial" w:hAnsi="Arial"/>
          <w:b w:val="0"/>
          <w:i w:val="0"/>
          <w:color w:val="555555"/>
          <w:sz w:val="19"/>
        </w:rPr>
        <w:t xml:space="preserve"> — Honors / Key Achievements: [e.g., Graduated Magna Cum Laude, GPA: 3.9/4.0]</w:t>
      </w:r>
    </w:p>
    <w:p>
      <w:pPr>
        <w:keepNext/>
        <w:tabs>
          <w:tab w:pos="10080" w:val="right"/>
        </w:tabs>
        <w:spacing w:before="80" w:after="20"/>
      </w:pPr>
      <w:r>
        <w:rPr>
          <w:rFonts w:ascii="Arial" w:hAnsi="Arial"/>
          <w:b/>
          <w:i w:val="0"/>
          <w:color w:val="1B365D"/>
          <w:sz w:val="21"/>
        </w:rPr>
        <w:t>Bachelor of Science in [Field of Study]</w:t>
      </w:r>
      <w:r>
        <w:rPr>
          <w:rFonts w:ascii="Arial" w:hAnsi="Arial"/>
          <w:b/>
          <w:i w:val="0"/>
          <w:color w:val="444444"/>
          <w:sz w:val="20"/>
        </w:rPr>
        <w:tab/>
        <w:t>[Graduation Year]</w:t>
      </w:r>
    </w:p>
    <w:p>
      <w:pPr>
        <w:spacing w:after="80"/>
      </w:pPr>
      <w:r>
        <w:rPr>
          <w:rFonts w:ascii="Arial" w:hAnsi="Arial"/>
          <w:b w:val="0"/>
          <w:i/>
          <w:color w:val="333333"/>
          <w:sz w:val="20"/>
        </w:rPr>
        <w:t>[University / Institution Name] | [City, Country]</w:t>
      </w:r>
    </w:p>
    <w:p>
      <w:pPr>
        <w:keepNext/>
        <w:spacing w:before="240" w:after="80"/>
        <w:pBdr>
          <w:bottom w:val="single" w:sz="6" w:space="2" w:color="1B365D"/>
        </w:pBdr>
      </w:pPr>
      <w:r>
        <w:rPr>
          <w:rFonts w:ascii="Arial" w:hAnsi="Arial"/>
          <w:b/>
          <w:color w:val="1B365D"/>
          <w:sz w:val="24"/>
        </w:rPr>
        <w:t>CERTIFICATIONS &amp; TRAINING</w:t>
      </w:r>
    </w:p>
    <w:p>
      <w:pPr>
        <w:pStyle w:val="ListBullet"/>
        <w:spacing w:after="40"/>
        <w:ind w:left="360"/>
      </w:pPr>
      <w:r>
        <w:rPr>
          <w:rFonts w:ascii="Arial" w:hAnsi="Arial"/>
          <w:b w:val="0"/>
          <w:i w:val="0"/>
          <w:color w:val="333333"/>
          <w:sz w:val="20"/>
        </w:rPr>
        <w:t>[Certification Name / e.g., PMP® - Project Management Professional] – [Issuing Organization] ([Year])</w:t>
      </w:r>
    </w:p>
    <w:p>
      <w:pPr>
        <w:pStyle w:val="ListBullet"/>
        <w:spacing w:after="40"/>
        <w:ind w:left="360"/>
      </w:pPr>
      <w:r>
        <w:rPr>
          <w:rFonts w:ascii="Arial" w:hAnsi="Arial"/>
          <w:b w:val="0"/>
          <w:i w:val="0"/>
          <w:color w:val="333333"/>
          <w:sz w:val="20"/>
        </w:rPr>
        <w:t>[Certification Name / e.g., AWS Certified Solutions Architect] – [Issuing Organization] ([Year])</w:t>
      </w:r>
    </w:p>
    <w:p>
      <w:pPr>
        <w:keepNext/>
        <w:spacing w:before="240" w:after="80"/>
        <w:pBdr>
          <w:bottom w:val="single" w:sz="6" w:space="2" w:color="1B365D"/>
        </w:pBdr>
      </w:pPr>
      <w:r>
        <w:rPr>
          <w:rFonts w:ascii="Arial" w:hAnsi="Arial"/>
          <w:b/>
          <w:color w:val="1B365D"/>
          <w:sz w:val="24"/>
        </w:rPr>
        <w:t>LANGUAGES &amp; ADDITIONAL INFORMATION</w:t>
      </w:r>
    </w:p>
    <w:p>
      <w:pPr>
        <w:spacing w:after="40"/>
      </w:pPr>
      <w:r>
        <w:rPr>
          <w:rFonts w:ascii="Arial" w:hAnsi="Arial"/>
          <w:b/>
          <w:i w:val="0"/>
          <w:color w:val="333333"/>
          <w:sz w:val="20"/>
        </w:rPr>
        <w:t xml:space="preserve">Languages: </w:t>
      </w:r>
      <w:r>
        <w:rPr>
          <w:rFonts w:ascii="Arial" w:hAnsi="Arial"/>
          <w:b w:val="0"/>
          <w:i w:val="0"/>
          <w:color w:val="333333"/>
          <w:sz w:val="20"/>
        </w:rPr>
        <w:t>English (Native / Fluent), Spanish (Native / Professional)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