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1B365D"/>
          <w:sz w:val="40"/>
        </w:rPr>
        <w:t>[NOMBRE] [APELLIDOS]</w:t>
      </w:r>
    </w:p>
    <w:p>
      <w:pPr>
        <w:spacing w:after="120"/>
        <w:jc w:val="center"/>
      </w:pPr>
      <w:r>
        <w:rPr>
          <w:rFonts w:ascii="Arial" w:hAnsi="Arial"/>
          <w:b/>
          <w:i w:val="0"/>
          <w:color w:val="555555"/>
          <w:sz w:val="24"/>
        </w:rPr>
        <w:t>[Título Profesional Objetivo / ej. Director de Proyectos Senior]</w:t>
      </w:r>
    </w:p>
    <w:p>
      <w:pPr>
        <w:spacing w:after="280"/>
        <w:jc w:val="center"/>
      </w:pPr>
      <w:r>
        <w:rPr>
          <w:rFonts w:ascii="Arial" w:hAnsi="Arial"/>
          <w:b w:val="0"/>
          <w:i w:val="0"/>
          <w:color w:val="444444"/>
          <w:sz w:val="19"/>
        </w:rPr>
        <w:t>Ciudad, País | +52 (55) 0000-0000 | correo@ejemplo.com | linkedin.com/in/usuario | portafolio-o-github.com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PERFIL PROFESIONAL</w:t>
      </w:r>
    </w:p>
    <w:p>
      <w:pPr>
        <w:spacing w:after="160" w:line="276" w:lineRule="auto"/>
      </w:pPr>
      <w:r>
        <w:rPr>
          <w:rFonts w:ascii="Arial" w:hAnsi="Arial"/>
          <w:b w:val="0"/>
          <w:i w:val="0"/>
          <w:color w:val="333333"/>
          <w:sz w:val="20"/>
        </w:rPr>
        <w:t>[Profesional orientado a resultados con más de [X] años de experiencia en [Sector/Especialidad]. Historial comprobado en [Habilidad Clave 1], [Habilidad Clave 2] y [Habilidad Clave 3]. Capacidad demostrada para impulsar el crecimiento empresarial, optimizar procesos y liderar proyectos complejos dentro del presupuesto y plazos establecidos. Habilidad para colaborar con equipos multidisciplinarios y alcanzar [Meta/Resultado Medible].]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COMPETENCIAS Y HABILIDADES</w:t>
      </w:r>
    </w:p>
    <w:p>
      <w:pPr>
        <w:spacing w:after="60"/>
        <w:ind w:left="216"/>
      </w:pPr>
      <w:r>
        <w:rPr>
          <w:rFonts w:ascii="Arial" w:hAnsi="Arial"/>
          <w:b/>
          <w:i w:val="0"/>
          <w:color w:val="1B365D"/>
          <w:sz w:val="20"/>
        </w:rPr>
        <w:t xml:space="preserve">•  Especialidad Sectorial: </w:t>
      </w:r>
      <w:r>
        <w:rPr>
          <w:rFonts w:ascii="Arial" w:hAnsi="Arial"/>
          <w:b w:val="0"/>
          <w:i w:val="0"/>
          <w:color w:val="333333"/>
          <w:sz w:val="20"/>
        </w:rPr>
        <w:t>Gestión de Proyectos, Metodologías Ágiles/Scrum, Planificación Estratégica, Optimización de Procesos</w:t>
      </w:r>
    </w:p>
    <w:p>
      <w:pPr>
        <w:spacing w:after="60"/>
        <w:ind w:left="216"/>
      </w:pPr>
      <w:r>
        <w:rPr>
          <w:rFonts w:ascii="Arial" w:hAnsi="Arial"/>
          <w:b/>
          <w:i w:val="0"/>
          <w:color w:val="1B365D"/>
          <w:sz w:val="20"/>
        </w:rPr>
        <w:t xml:space="preserve">•  Habilidades Técnicas: </w:t>
      </w:r>
      <w:r>
        <w:rPr>
          <w:rFonts w:ascii="Arial" w:hAnsi="Arial"/>
          <w:b w:val="0"/>
          <w:i w:val="0"/>
          <w:color w:val="333333"/>
          <w:sz w:val="20"/>
        </w:rPr>
        <w:t>Análisis de Datos, Python, SQL, Microsoft Excel Avanzado, Sistemas CRM/ERP, JIRA</w:t>
      </w:r>
    </w:p>
    <w:p>
      <w:pPr>
        <w:spacing w:after="60"/>
        <w:ind w:left="216"/>
      </w:pPr>
      <w:r>
        <w:rPr>
          <w:rFonts w:ascii="Arial" w:hAnsi="Arial"/>
          <w:b/>
          <w:i w:val="0"/>
          <w:color w:val="1B365D"/>
          <w:sz w:val="20"/>
        </w:rPr>
        <w:t xml:space="preserve">•  Habilidades Blandas: </w:t>
      </w:r>
      <w:r>
        <w:rPr>
          <w:rFonts w:ascii="Arial" w:hAnsi="Arial"/>
          <w:b w:val="0"/>
          <w:i w:val="0"/>
          <w:color w:val="333333"/>
          <w:sz w:val="20"/>
        </w:rPr>
        <w:t>Liderazgo de Equipos, Comunicación Ejecutiva, Negociación, Resolución de Problemas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EXPERIENCIA PROFESIONAL</w:t>
      </w:r>
    </w:p>
    <w:p>
      <w:pPr>
        <w:keepNext/>
        <w:tabs>
          <w:tab w:pos="10080" w:val="right"/>
        </w:tabs>
        <w:spacing w:before="120" w:after="20"/>
      </w:pPr>
      <w:r>
        <w:rPr>
          <w:rFonts w:ascii="Arial" w:hAnsi="Arial"/>
          <w:b/>
          <w:i w:val="0"/>
          <w:color w:val="1B365D"/>
          <w:sz w:val="21"/>
        </w:rPr>
        <w:t>[CARGO ACTUAL O MÁS RECIENTE]</w:t>
      </w:r>
      <w:r>
        <w:rPr>
          <w:rFonts w:ascii="Arial" w:hAnsi="Arial"/>
          <w:b/>
          <w:i w:val="0"/>
          <w:color w:val="444444"/>
          <w:sz w:val="20"/>
        </w:rPr>
        <w:tab/>
        <w:t>[Mes Año] – Presente</w:t>
      </w:r>
    </w:p>
    <w:p>
      <w:pPr>
        <w:keepNext/>
        <w:spacing w:after="80"/>
      </w:pPr>
      <w:r>
        <w:rPr>
          <w:rFonts w:ascii="Arial" w:hAnsi="Arial"/>
          <w:b/>
          <w:i/>
          <w:color w:val="333333"/>
          <w:sz w:val="20"/>
        </w:rPr>
        <w:t>[Nombre de la Empresa]</w:t>
      </w:r>
      <w:r>
        <w:rPr>
          <w:rFonts w:ascii="Arial" w:hAnsi="Arial"/>
          <w:b w:val="0"/>
          <w:i/>
          <w:color w:val="666666"/>
          <w:sz w:val="20"/>
        </w:rPr>
        <w:t xml:space="preserve"> | [Ciudad, País]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Lideré [iniciativa/proyecto], logrando un incremento del [X%] en la eficiencia operativa de [X] departamentos.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Gestioné un presupuesto de [$X] y coordiné un equipo de [X] profesionales, superando los objetivos anuales (KPIs) en un [X%].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Diseñé e implementé [sistema/estrategia], reduciendo los costos operativos en un [X%] en [Periodo de Tiempo].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Colaboré con la alta dirección para definir la hoja de ruta estratégica y optimizar los flujos de trabajo clave.</w:t>
      </w:r>
    </w:p>
    <w:p>
      <w:pPr>
        <w:keepNext/>
        <w:tabs>
          <w:tab w:pos="10080" w:val="right"/>
        </w:tabs>
        <w:spacing w:before="120" w:after="20"/>
      </w:pPr>
      <w:r>
        <w:rPr>
          <w:rFonts w:ascii="Arial" w:hAnsi="Arial"/>
          <w:b/>
          <w:i w:val="0"/>
          <w:color w:val="1B365D"/>
          <w:sz w:val="21"/>
        </w:rPr>
        <w:t>[CARGO ANTERIOR]</w:t>
      </w:r>
      <w:r>
        <w:rPr>
          <w:rFonts w:ascii="Arial" w:hAnsi="Arial"/>
          <w:b/>
          <w:i w:val="0"/>
          <w:color w:val="444444"/>
          <w:sz w:val="20"/>
        </w:rPr>
        <w:tab/>
        <w:t>[Mes Año] – [Mes Año]</w:t>
      </w:r>
    </w:p>
    <w:p>
      <w:pPr>
        <w:keepNext/>
        <w:spacing w:after="80"/>
      </w:pPr>
      <w:r>
        <w:rPr>
          <w:rFonts w:ascii="Arial" w:hAnsi="Arial"/>
          <w:b/>
          <w:i/>
          <w:color w:val="333333"/>
          <w:sz w:val="20"/>
        </w:rPr>
        <w:t>[Nombre de la Empresa Anterior]</w:t>
      </w:r>
      <w:r>
        <w:rPr>
          <w:rFonts w:ascii="Arial" w:hAnsi="Arial"/>
          <w:b w:val="0"/>
          <w:i/>
          <w:color w:val="666666"/>
          <w:sz w:val="20"/>
        </w:rPr>
        <w:t xml:space="preserve"> | [Ciudad, País]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Diseñé y desplegué [producto/servicio/proceso], incrementando la satisfacción del cliente en un [X%].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Analicé volúmenes de datos superiores a [X] registros utilizando [Herramienta/Habilidad], identificando tendencias clave para la toma de decisiones.</w:t>
      </w:r>
    </w:p>
    <w:p>
      <w:pPr>
        <w:pStyle w:val="ListBullet"/>
        <w:spacing w:before="0" w:after="40" w:line="276" w:lineRule="auto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Capacité y mentoricé a [X] miembros del equipo, mejorando la productividad colectiva y el desarrollo de competencias.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FORMACIÓN ACADÉMICA</w:t>
      </w:r>
    </w:p>
    <w:p>
      <w:pPr>
        <w:keepNext/>
        <w:tabs>
          <w:tab w:pos="10080" w:val="right"/>
        </w:tabs>
        <w:spacing w:before="80" w:after="20"/>
      </w:pPr>
      <w:r>
        <w:rPr>
          <w:rFonts w:ascii="Arial" w:hAnsi="Arial"/>
          <w:b/>
          <w:i w:val="0"/>
          <w:color w:val="1B365D"/>
          <w:sz w:val="21"/>
        </w:rPr>
        <w:t>Maestría / Postgrado en [Área de Estudio]</w:t>
      </w:r>
      <w:r>
        <w:rPr>
          <w:rFonts w:ascii="Arial" w:hAnsi="Arial"/>
          <w:b/>
          <w:i w:val="0"/>
          <w:color w:val="444444"/>
          <w:sz w:val="20"/>
        </w:rPr>
        <w:tab/>
        <w:t>[Año de Graduación]</w:t>
      </w:r>
    </w:p>
    <w:p>
      <w:pPr>
        <w:spacing w:after="80"/>
      </w:pPr>
      <w:r>
        <w:rPr>
          <w:rFonts w:ascii="Arial" w:hAnsi="Arial"/>
          <w:b w:val="0"/>
          <w:i/>
          <w:color w:val="333333"/>
          <w:sz w:val="20"/>
        </w:rPr>
        <w:t>[Nombre de la Universidad / Institución] | [Ciudad, País]</w:t>
      </w:r>
      <w:r>
        <w:rPr>
          <w:rFonts w:ascii="Arial" w:hAnsi="Arial"/>
          <w:b w:val="0"/>
          <w:i w:val="0"/>
          <w:color w:val="555555"/>
          <w:sz w:val="19"/>
        </w:rPr>
        <w:t xml:space="preserve"> — Menciones / Logros: [ej. Graduado con Honor, Promedio: X/X]</w:t>
      </w:r>
    </w:p>
    <w:p>
      <w:pPr>
        <w:keepNext/>
        <w:tabs>
          <w:tab w:pos="10080" w:val="right"/>
        </w:tabs>
        <w:spacing w:before="80" w:after="20"/>
      </w:pPr>
      <w:r>
        <w:rPr>
          <w:rFonts w:ascii="Arial" w:hAnsi="Arial"/>
          <w:b/>
          <w:i w:val="0"/>
          <w:color w:val="1B365D"/>
          <w:sz w:val="21"/>
        </w:rPr>
        <w:t>Licenciatura / Ingeniería en [Área de Estudio]</w:t>
      </w:r>
      <w:r>
        <w:rPr>
          <w:rFonts w:ascii="Arial" w:hAnsi="Arial"/>
          <w:b/>
          <w:i w:val="0"/>
          <w:color w:val="444444"/>
          <w:sz w:val="20"/>
        </w:rPr>
        <w:tab/>
        <w:t>[Año de Graduación]</w:t>
      </w:r>
    </w:p>
    <w:p>
      <w:pPr>
        <w:spacing w:after="80"/>
      </w:pPr>
      <w:r>
        <w:rPr>
          <w:rFonts w:ascii="Arial" w:hAnsi="Arial"/>
          <w:b w:val="0"/>
          <w:i/>
          <w:color w:val="333333"/>
          <w:sz w:val="20"/>
        </w:rPr>
        <w:t>[Nombre de la Universidad / Institución] | [Ciudad, País]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CERTIFICACIONES Y CURSOS</w:t>
      </w:r>
    </w:p>
    <w:p>
      <w:pPr>
        <w:pStyle w:val="ListBullet"/>
        <w:spacing w:after="40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[Nombre de la Certificación / ej. PMP® - Project Management Professional] – [Entidad Emisora] ([Año])</w:t>
      </w:r>
    </w:p>
    <w:p>
      <w:pPr>
        <w:pStyle w:val="ListBullet"/>
        <w:spacing w:after="40"/>
        <w:ind w:left="360"/>
      </w:pPr>
      <w:r>
        <w:rPr>
          <w:rFonts w:ascii="Arial" w:hAnsi="Arial"/>
          <w:b w:val="0"/>
          <w:i w:val="0"/>
          <w:color w:val="333333"/>
          <w:sz w:val="20"/>
        </w:rPr>
        <w:t>[Nombre de la Certificación / ej. AWS Certified Solutions Architect] – [Entidad Emisora] ([Año])</w:t>
      </w:r>
    </w:p>
    <w:p>
      <w:pPr>
        <w:keepNext/>
        <w:spacing w:before="240" w:after="80"/>
        <w:pBdr>
          <w:bottom w:val="single" w:sz="6" w:space="2" w:color="1B365D"/>
        </w:pBdr>
      </w:pPr>
      <w:r>
        <w:rPr>
          <w:rFonts w:ascii="Arial" w:hAnsi="Arial"/>
          <w:b/>
          <w:color w:val="1B365D"/>
          <w:sz w:val="24"/>
        </w:rPr>
        <w:t>IDIOMAS E INFORMACIÓN ADICIONAL</w:t>
      </w:r>
    </w:p>
    <w:p>
      <w:pPr>
        <w:spacing w:after="40"/>
      </w:pPr>
      <w:r>
        <w:rPr>
          <w:rFonts w:ascii="Arial" w:hAnsi="Arial"/>
          <w:b/>
          <w:i w:val="0"/>
          <w:color w:val="333333"/>
          <w:sz w:val="20"/>
        </w:rPr>
        <w:t xml:space="preserve">Idiomas: </w:t>
      </w:r>
      <w:r>
        <w:rPr>
          <w:rFonts w:ascii="Arial" w:hAnsi="Arial"/>
          <w:b w:val="0"/>
          <w:i w:val="0"/>
          <w:color w:val="333333"/>
          <w:sz w:val="20"/>
        </w:rPr>
        <w:t>Español (Nativo), Inglés (Avanzado / Bilingüe - C1/C2)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